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BA508" w14:textId="77777777" w:rsidR="00C93FCF" w:rsidRDefault="00F34AD9">
      <w:pPr>
        <w:pStyle w:val="Title"/>
      </w:pPr>
      <w:r>
        <w:t>Year 8 Academic Assessment Knowledge Organiser</w:t>
      </w:r>
    </w:p>
    <w:p w14:paraId="6007053D" w14:textId="77777777" w:rsidR="00C93FCF" w:rsidRDefault="00F34AD9">
      <w:pPr>
        <w:pStyle w:val="Heading1"/>
      </w:pPr>
      <w:r>
        <w:t>🧲 Magnets and Forces</w:t>
      </w:r>
    </w:p>
    <w:p w14:paraId="0860CD21" w14:textId="77777777" w:rsidR="00C93FCF" w:rsidRDefault="00F34AD9">
      <w:r>
        <w:t>• Bar magnets have North (N) and South (S) poles.</w:t>
      </w:r>
      <w:r>
        <w:br/>
        <w:t>• Like poles repel; opposite poles attract.</w:t>
      </w:r>
      <w:r>
        <w:br/>
        <w:t>• To test poles: use known poles of a magnet to observe attraction/repulsion.</w:t>
      </w:r>
      <w:r>
        <w:br/>
        <w:t>• Magnetic force can move objects without contact.</w:t>
      </w:r>
      <w:r>
        <w:br/>
        <w:t>• Friction slows down moving objects and reduces speed.</w:t>
      </w:r>
    </w:p>
    <w:p w14:paraId="04AA27E9" w14:textId="77777777" w:rsidR="00C93FCF" w:rsidRDefault="00F34AD9">
      <w:pPr>
        <w:pStyle w:val="Heading1"/>
      </w:pPr>
      <w:r>
        <w:t>🔥 Heat Conduction in Metals</w:t>
      </w:r>
    </w:p>
    <w:p w14:paraId="0EC9BC9C" w14:textId="77777777" w:rsidR="00C93FCF" w:rsidRDefault="00F34AD9">
      <w:r>
        <w:t>• Metals conduct heat at different rates.</w:t>
      </w:r>
      <w:r>
        <w:br/>
        <w:t>• Best conductor = fastest time for heat to transfer.</w:t>
      </w:r>
      <w:r>
        <w:br/>
        <w:t>• Fair test: same flame temperature, same size/shape of rods.</w:t>
      </w:r>
      <w:r>
        <w:br/>
        <w:t>• Rusting occurs with iron in presence of water and oxygen.</w:t>
      </w:r>
    </w:p>
    <w:p w14:paraId="6C557187" w14:textId="77777777" w:rsidR="00C93FCF" w:rsidRDefault="00F34AD9">
      <w:pPr>
        <w:pStyle w:val="Heading1"/>
      </w:pPr>
      <w:r>
        <w:t>🦖 Fossils and Rocks</w:t>
      </w:r>
    </w:p>
    <w:p w14:paraId="24F1457A" w14:textId="77777777" w:rsidR="00C93FCF" w:rsidRDefault="00F34AD9">
      <w:r>
        <w:t>• Fossils = remains of living things in rocks.</w:t>
      </w:r>
      <w:r>
        <w:br/>
        <w:t>• Birds: have feathers or wings; reptiles: scaly skin.</w:t>
      </w:r>
      <w:r>
        <w:br/>
        <w:t>• Fossils can’t show colour or behaviour — reconstructions are not certain.</w:t>
      </w:r>
      <w:r>
        <w:br/>
        <w:t>• Lava from volcanoes destroys remains due to high heat.</w:t>
      </w:r>
      <w:r>
        <w:br/>
        <w:t>• Igneous rocks form from cooled magma/lava and don’t contain fossils.</w:t>
      </w:r>
    </w:p>
    <w:p w14:paraId="57030F7E" w14:textId="77777777" w:rsidR="00C93FCF" w:rsidRDefault="00F34AD9">
      <w:pPr>
        <w:pStyle w:val="Heading1"/>
      </w:pPr>
      <w:r>
        <w:t>🚬 Smoking and the Heart</w:t>
      </w:r>
    </w:p>
    <w:p w14:paraId="2B763B21" w14:textId="77777777" w:rsidR="00C93FCF" w:rsidRDefault="00F34AD9">
      <w:r>
        <w:t>• Tar: damages lungs</w:t>
      </w:r>
      <w:r>
        <w:br/>
        <w:t>• Nicotine: addictive</w:t>
      </w:r>
      <w:r>
        <w:br/>
        <w:t>• Carbon monoxide: reduces oxygen carried in blood</w:t>
      </w:r>
      <w:r>
        <w:br/>
        <w:t>• Coronary arteries supply heart with oxygen; blockage = less respiration in heart cells.</w:t>
      </w:r>
    </w:p>
    <w:p w14:paraId="71C7191B" w14:textId="77777777" w:rsidR="00C93FCF" w:rsidRDefault="00F34AD9">
      <w:pPr>
        <w:pStyle w:val="Heading1"/>
      </w:pPr>
      <w:r>
        <w:t>🎵 Sound Waves</w:t>
      </w:r>
    </w:p>
    <w:p w14:paraId="7E1B22E1" w14:textId="77777777" w:rsidR="00C93FCF" w:rsidRDefault="00F34AD9">
      <w:r>
        <w:t>• Loudness = height of wave (amplitude)</w:t>
      </w:r>
      <w:r>
        <w:br/>
        <w:t>• Pitch = closeness of waves (frequency)</w:t>
      </w:r>
      <w:r>
        <w:br/>
        <w:t>• Higher decibels = less safe listening time</w:t>
      </w:r>
      <w:r>
        <w:br/>
        <w:t>• Sound that fades = decreasing amplitude over time.</w:t>
      </w:r>
    </w:p>
    <w:p w14:paraId="72161E87" w14:textId="77777777" w:rsidR="00C93FCF" w:rsidRDefault="00F34AD9">
      <w:pPr>
        <w:pStyle w:val="Heading1"/>
      </w:pPr>
      <w:r>
        <w:lastRenderedPageBreak/>
        <w:t>⚗️ Atoms and Reactions</w:t>
      </w:r>
    </w:p>
    <w:p w14:paraId="559E0692" w14:textId="77777777" w:rsidR="00C93FCF" w:rsidRDefault="00F34AD9">
      <w:r>
        <w:t>• Compounds = joined atoms of different elements</w:t>
      </w:r>
      <w:r>
        <w:br/>
        <w:t>• Mixtures = different atoms not chemically bonded</w:t>
      </w:r>
      <w:r>
        <w:br/>
        <w:t>• In chemical reactions, new substances form</w:t>
      </w:r>
      <w:r>
        <w:br/>
        <w:t>• Conservation of mass = same number of atoms before and after reaction</w:t>
      </w:r>
      <w:r>
        <w:br/>
        <w:t>• Example: Carbon + Oxygen → Carbon dioxide</w:t>
      </w:r>
    </w:p>
    <w:p w14:paraId="2A6EEDAD" w14:textId="77777777" w:rsidR="00C93FCF" w:rsidRDefault="00F34AD9">
      <w:pPr>
        <w:pStyle w:val="Heading1"/>
      </w:pPr>
      <w:r>
        <w:t>🛁 Acids and Carbonates</w:t>
      </w:r>
    </w:p>
    <w:p w14:paraId="7CA0C921" w14:textId="77777777" w:rsidR="00C93FCF" w:rsidRDefault="00F34AD9">
      <w:r>
        <w:t>• Citric acid + sodium carbonate → sodium citrate + water + carbon dioxide</w:t>
      </w:r>
      <w:r>
        <w:br/>
        <w:t>• Mass decreases as gas escapes</w:t>
      </w:r>
      <w:r>
        <w:br/>
        <w:t>• Bath bomb dissolves fastest at start (steepest graph line)</w:t>
      </w:r>
      <w:r>
        <w:br/>
        <w:t>• Eco golf balls made from bath bombs dissolve and reduce waste.</w:t>
      </w:r>
      <w:r>
        <w:br/>
        <w:t>• Similar reaction with calcium carbonate → calcium citrate + water + CO₂</w:t>
      </w:r>
    </w:p>
    <w:p w14:paraId="3F50FB89" w14:textId="77777777" w:rsidR="00C93FCF" w:rsidRDefault="00F34AD9">
      <w:pPr>
        <w:pStyle w:val="Heading1"/>
      </w:pPr>
      <w:r>
        <w:t>🌍 Carbon Dioxide and the Atmosphere</w:t>
      </w:r>
    </w:p>
    <w:p w14:paraId="20CE9D0D" w14:textId="77777777" w:rsidR="00C93FCF" w:rsidRDefault="00F34AD9">
      <w:r>
        <w:t>• CO₂ increases from burning fossil fuels, factories, cars, and deforestation.</w:t>
      </w:r>
      <w:r>
        <w:br/>
        <w:t>• Geological activity releases CO₂ from carbonate rocks (e.g., volcanoes)</w:t>
      </w:r>
      <w:r>
        <w:br/>
        <w:t>• Increased CO₂ → climate change/global warming.</w:t>
      </w:r>
    </w:p>
    <w:sectPr w:rsidR="00C93FCF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CA808" w14:textId="77777777" w:rsidR="003F757F" w:rsidRDefault="003F757F" w:rsidP="003C728D">
      <w:pPr>
        <w:spacing w:after="0" w:line="240" w:lineRule="auto"/>
      </w:pPr>
      <w:r>
        <w:separator/>
      </w:r>
    </w:p>
  </w:endnote>
  <w:endnote w:type="continuationSeparator" w:id="0">
    <w:p w14:paraId="3FB877CB" w14:textId="77777777" w:rsidR="003F757F" w:rsidRDefault="003F757F" w:rsidP="003C7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CDBDA" w14:textId="3C989516" w:rsidR="003C728D" w:rsidRDefault="003C72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49C3F90" wp14:editId="4EFBCD9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6691725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35A217" w14:textId="3E983ACD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C3F9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9.0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6235A217" w14:textId="3E983ACD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8902A" w14:textId="2D21D446" w:rsidR="003C728D" w:rsidRDefault="003C72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5D951D5" wp14:editId="182E174A">
              <wp:simplePos x="1144693" y="9435253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17361281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09727A" w14:textId="1A797469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951D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9.0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97bEg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1909727A" w14:textId="1A797469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3F6AE" w14:textId="51693809" w:rsidR="003C728D" w:rsidRDefault="003C72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C9799DE" wp14:editId="7D19C56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41451406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9E8B3E" w14:textId="4C509FFE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9799D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9.0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leEg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3B9E8B3E" w14:textId="4C509FFE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45948" w14:textId="77777777" w:rsidR="003F757F" w:rsidRDefault="003F757F" w:rsidP="003C728D">
      <w:pPr>
        <w:spacing w:after="0" w:line="240" w:lineRule="auto"/>
      </w:pPr>
      <w:r>
        <w:separator/>
      </w:r>
    </w:p>
  </w:footnote>
  <w:footnote w:type="continuationSeparator" w:id="0">
    <w:p w14:paraId="61BB3A2C" w14:textId="77777777" w:rsidR="003F757F" w:rsidRDefault="003F757F" w:rsidP="003C7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A5AC1" w14:textId="1229BF8E" w:rsidR="003C728D" w:rsidRDefault="003C72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A6584A" wp14:editId="4F7DB3D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1355739064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25724D" w14:textId="299EC259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A658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9.0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1A25724D" w14:textId="299EC259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56E6" w14:textId="4D001468" w:rsidR="003C728D" w:rsidRDefault="003C72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1BCB4D" wp14:editId="5137990B">
              <wp:simplePos x="1144693" y="460587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191457100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4BF5C9" w14:textId="7D20C51B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1BCB4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9.0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004BF5C9" w14:textId="7D20C51B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8F2C" w14:textId="7F21053B" w:rsidR="003C728D" w:rsidRDefault="003C72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D2A4E4" wp14:editId="7AB998D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1520193470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C19E89" w14:textId="23EBD087" w:rsidR="003C728D" w:rsidRPr="003C728D" w:rsidRDefault="003C728D" w:rsidP="003C728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C728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D2A4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49C19E89" w14:textId="23EBD087" w:rsidR="003C728D" w:rsidRPr="003C728D" w:rsidRDefault="003C728D" w:rsidP="003C728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C728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0186752">
    <w:abstractNumId w:val="8"/>
  </w:num>
  <w:num w:numId="2" w16cid:durableId="905456629">
    <w:abstractNumId w:val="6"/>
  </w:num>
  <w:num w:numId="3" w16cid:durableId="735587598">
    <w:abstractNumId w:val="5"/>
  </w:num>
  <w:num w:numId="4" w16cid:durableId="383796729">
    <w:abstractNumId w:val="4"/>
  </w:num>
  <w:num w:numId="5" w16cid:durableId="747580774">
    <w:abstractNumId w:val="7"/>
  </w:num>
  <w:num w:numId="6" w16cid:durableId="387261230">
    <w:abstractNumId w:val="3"/>
  </w:num>
  <w:num w:numId="7" w16cid:durableId="1514687752">
    <w:abstractNumId w:val="2"/>
  </w:num>
  <w:num w:numId="8" w16cid:durableId="642809481">
    <w:abstractNumId w:val="1"/>
  </w:num>
  <w:num w:numId="9" w16cid:durableId="1992713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728D"/>
    <w:rsid w:val="003F757F"/>
    <w:rsid w:val="006129CD"/>
    <w:rsid w:val="00634304"/>
    <w:rsid w:val="00AA1D8D"/>
    <w:rsid w:val="00B47730"/>
    <w:rsid w:val="00C93FCF"/>
    <w:rsid w:val="00CB0664"/>
    <w:rsid w:val="00CD6280"/>
    <w:rsid w:val="00F34A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4C89077E-AE68-44D9-AA7A-65886EB6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9" ma:contentTypeDescription="Create a new document." ma:contentTypeScope="" ma:versionID="cfd90d15fa6a434cbd43978e13fdd700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873878130c6335e2da1e778e5b20ab8c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dceb2b-2ac3-4189-8ea9-ec6c9e40a1f6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E231F590-68EC-4A3D-9429-5884C70435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FCA96-AE88-476B-AA09-593E0A8B8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775151-DEDD-4638-A941-C979D979157C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Magee</cp:lastModifiedBy>
  <cp:revision>3</cp:revision>
  <dcterms:created xsi:type="dcterms:W3CDTF">2025-06-16T13:54:00Z</dcterms:created>
  <dcterms:modified xsi:type="dcterms:W3CDTF">2026-05-11T12:36:00Z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5a9c4fbe,50ceefb8,721e08fe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544fc591,3fd1388,45f3e910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2025-06-16T13:53:59Z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1ac0ef44-e2a4-4786-9264-74f9f76c7727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0x010100505C397B0DBDDF4EB7540FEC25494737</vt:lpwstr>
  </property>
</Properties>
</file>